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D878" w14:textId="77777777" w:rsidR="00EF1D24" w:rsidRDefault="00000000">
      <w:pPr>
        <w:jc w:val="center"/>
      </w:pPr>
      <w:r>
        <w:rPr>
          <w:b/>
        </w:rPr>
        <w:t>DOMNULE EXECUTOR,</w:t>
      </w:r>
    </w:p>
    <w:p w14:paraId="1A401923" w14:textId="77777777" w:rsidR="00EF1D24" w:rsidRDefault="00EF1D24"/>
    <w:p w14:paraId="3979340F" w14:textId="59D63432" w:rsidR="00455688" w:rsidRDefault="00455688" w:rsidP="00455688">
      <w:pPr>
        <w:spacing w:after="0"/>
        <w:jc w:val="both"/>
      </w:pPr>
      <w:r>
        <w:t xml:space="preserve">Subsemnatul/a / </w:t>
      </w:r>
      <w:proofErr w:type="spellStart"/>
      <w:proofErr w:type="gramStart"/>
      <w:r>
        <w:t>Subscrisa</w:t>
      </w:r>
      <w:proofErr w:type="spellEnd"/>
      <w:r>
        <w:t xml:space="preserve"> </w:t>
      </w:r>
      <w:r>
        <w:t xml:space="preserve"> _</w:t>
      </w:r>
      <w:proofErr w:type="gramEnd"/>
      <w:r>
        <w:t>_________________________________________________________</w:t>
      </w:r>
      <w:r>
        <w:t>_____</w:t>
      </w:r>
    </w:p>
    <w:p w14:paraId="79CEF03F" w14:textId="061F40D9" w:rsidR="00455688" w:rsidRDefault="00455688" w:rsidP="00455688">
      <w:pPr>
        <w:spacing w:after="0"/>
        <w:jc w:val="both"/>
      </w:pPr>
      <w:r>
        <w:t>________________________________________________________________________________</w:t>
      </w:r>
      <w:r>
        <w:t>_____</w:t>
      </w:r>
    </w:p>
    <w:p w14:paraId="12E3A80F" w14:textId="099D4CDE" w:rsidR="00455688" w:rsidRDefault="00455688" w:rsidP="00455688">
      <w:pPr>
        <w:spacing w:after="0"/>
        <w:jc w:val="both"/>
      </w:pPr>
      <w:r>
        <w:t xml:space="preserve">cu </w:t>
      </w:r>
      <w:proofErr w:type="spellStart"/>
      <w:r>
        <w:t>domiciliul</w:t>
      </w:r>
      <w:proofErr w:type="spellEnd"/>
      <w:r>
        <w:t xml:space="preserve"> /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localitatea</w:t>
      </w:r>
      <w:proofErr w:type="spellEnd"/>
      <w:r>
        <w:t xml:space="preserve"> </w:t>
      </w:r>
      <w:r>
        <w:t xml:space="preserve"> </w:t>
      </w:r>
      <w:r>
        <w:t>_</w:t>
      </w:r>
      <w:proofErr w:type="gramEnd"/>
      <w:r>
        <w:t>___________________________________________________</w:t>
      </w:r>
      <w:r>
        <w:t>____</w:t>
      </w:r>
    </w:p>
    <w:p w14:paraId="42B31500" w14:textId="729A86EF" w:rsidR="00455688" w:rsidRDefault="00455688" w:rsidP="00455688">
      <w:pPr>
        <w:spacing w:after="0"/>
        <w:jc w:val="both"/>
      </w:pPr>
      <w:r>
        <w:t>str. __________________________ nr. ____</w:t>
      </w:r>
      <w:proofErr w:type="gramStart"/>
      <w:r>
        <w:t>_  bl.</w:t>
      </w:r>
      <w:proofErr w:type="gramEnd"/>
      <w:r>
        <w:t xml:space="preserve"> ____</w:t>
      </w:r>
      <w:proofErr w:type="gramStart"/>
      <w:r>
        <w:t>_  sc.</w:t>
      </w:r>
      <w:proofErr w:type="gramEnd"/>
      <w:r>
        <w:t xml:space="preserve"> ____</w:t>
      </w:r>
      <w:proofErr w:type="gramStart"/>
      <w:r>
        <w:t>_  et</w:t>
      </w:r>
      <w:proofErr w:type="gramEnd"/>
      <w:r>
        <w:t>. _____ ap.</w:t>
      </w:r>
      <w:r>
        <w:t xml:space="preserve"> </w:t>
      </w:r>
      <w:r>
        <w:t xml:space="preserve"> ______________</w:t>
      </w:r>
      <w:r>
        <w:t>____</w:t>
      </w:r>
    </w:p>
    <w:p w14:paraId="6B397AC3" w14:textId="4E9424EF" w:rsidR="00455688" w:rsidRDefault="00455688" w:rsidP="00455688">
      <w:pPr>
        <w:spacing w:after="0"/>
        <w:jc w:val="both"/>
      </w:pPr>
      <w:proofErr w:type="spellStart"/>
      <w:r>
        <w:t>Județ</w:t>
      </w:r>
      <w:proofErr w:type="spellEnd"/>
      <w:r>
        <w:t xml:space="preserve">/Sector __________________ </w:t>
      </w:r>
      <w:proofErr w:type="spellStart"/>
      <w:r>
        <w:t>telefon</w:t>
      </w:r>
      <w:proofErr w:type="spellEnd"/>
      <w:r>
        <w:t xml:space="preserve"> __________________ personal /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reprezentant</w:t>
      </w:r>
      <w:proofErr w:type="spellEnd"/>
      <w:r>
        <w:t xml:space="preserve"> _________</w:t>
      </w:r>
    </w:p>
    <w:p w14:paraId="2EDE4C30" w14:textId="5B21A943" w:rsidR="00EF1D24" w:rsidRDefault="00455688" w:rsidP="00455688">
      <w:r>
        <w:t>_____________________________________________________________________________</w:t>
      </w:r>
      <w:r>
        <w:t>________</w:t>
      </w:r>
    </w:p>
    <w:p w14:paraId="0913316A" w14:textId="77777777" w:rsidR="00455688" w:rsidRDefault="00455688" w:rsidP="00455688">
      <w:pPr>
        <w:ind w:left="567"/>
      </w:pPr>
    </w:p>
    <w:p w14:paraId="211D905A" w14:textId="77777777" w:rsidR="00EF1D24" w:rsidRDefault="00000000">
      <w:pPr>
        <w:jc w:val="center"/>
      </w:pPr>
      <w:r>
        <w:rPr>
          <w:b/>
        </w:rPr>
        <w:t>CERERE DE PARTICIPARE LA LICITAȚIA PUBLICĂ</w:t>
      </w:r>
    </w:p>
    <w:p w14:paraId="0637880B" w14:textId="77777777" w:rsidR="00EF1D24" w:rsidRDefault="00EF1D24"/>
    <w:p w14:paraId="7BADFC5C" w14:textId="35675FE2" w:rsidR="00EF1D24" w:rsidRDefault="00000000">
      <w:pPr>
        <w:spacing w:after="0"/>
      </w:pPr>
      <w:r>
        <w:t>Din data de ___________________ din dosarul de executare nr. ____________</w:t>
      </w:r>
      <w:proofErr w:type="spellStart"/>
      <w:r>
        <w:t>ce</w:t>
      </w:r>
      <w:proofErr w:type="spellEnd"/>
      <w:r>
        <w:t xml:space="preserve"> are ca </w:t>
      </w:r>
      <w:proofErr w:type="spellStart"/>
      <w:r>
        <w:t>obiect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 w:rsidR="00455688">
        <w:t xml:space="preserve"> </w:t>
      </w:r>
      <w:r>
        <w:t>___________________________________________________________________________</w:t>
      </w:r>
      <w:r w:rsidR="00455688">
        <w:t xml:space="preserve">___ </w:t>
      </w:r>
      <w:r>
        <w:t>___________________________________________________________________________</w:t>
      </w:r>
      <w:r w:rsidR="00455688">
        <w:t>__________</w:t>
      </w:r>
    </w:p>
    <w:p w14:paraId="5CB75EEA" w14:textId="77777777" w:rsidR="00EF1D24" w:rsidRDefault="00EF1D24"/>
    <w:p w14:paraId="01C11CD7" w14:textId="77777777" w:rsidR="00EF1D24" w:rsidRDefault="00000000">
      <w:pPr>
        <w:spacing w:after="0"/>
      </w:pPr>
      <w:r>
        <w:t>Ofer suma de ____________________________________________________________</w:t>
      </w:r>
    </w:p>
    <w:p w14:paraId="687C11CF" w14:textId="77777777" w:rsidR="00EF1D24" w:rsidRDefault="00EF1D24"/>
    <w:p w14:paraId="7AC42AC2" w14:textId="5AF09F8E" w:rsidR="00EF1D24" w:rsidRDefault="00000000">
      <w:pPr>
        <w:spacing w:after="0"/>
      </w:pPr>
      <w:proofErr w:type="spellStart"/>
      <w:r>
        <w:t>Ata</w:t>
      </w:r>
      <w:r w:rsidR="00455688">
        <w:t>s</w:t>
      </w:r>
      <w:r>
        <w:t>ez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consemnării</w:t>
      </w:r>
      <w:proofErr w:type="spellEnd"/>
      <w:r>
        <w:t xml:space="preserve"> </w:t>
      </w:r>
      <w:proofErr w:type="spellStart"/>
      <w:r>
        <w:t>cauțiunii</w:t>
      </w:r>
      <w:proofErr w:type="spellEnd"/>
      <w:r>
        <w:t>.</w:t>
      </w:r>
    </w:p>
    <w:p w14:paraId="241FE506" w14:textId="77777777" w:rsidR="00EF1D24" w:rsidRDefault="00EF1D24"/>
    <w:p w14:paraId="76A1EF5E" w14:textId="65B3735B" w:rsidR="00EF1D24" w:rsidRDefault="00455688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Semnatura</w:t>
      </w:r>
      <w:proofErr w:type="spellEnd"/>
    </w:p>
    <w:p w14:paraId="2BD094D0" w14:textId="77777777" w:rsidR="00287F58" w:rsidRDefault="00287F58"/>
    <w:sectPr w:rsidR="00287F58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2205097">
    <w:abstractNumId w:val="8"/>
  </w:num>
  <w:num w:numId="2" w16cid:durableId="1886215612">
    <w:abstractNumId w:val="6"/>
  </w:num>
  <w:num w:numId="3" w16cid:durableId="734013024">
    <w:abstractNumId w:val="5"/>
  </w:num>
  <w:num w:numId="4" w16cid:durableId="163129902">
    <w:abstractNumId w:val="4"/>
  </w:num>
  <w:num w:numId="5" w16cid:durableId="1571770768">
    <w:abstractNumId w:val="7"/>
  </w:num>
  <w:num w:numId="6" w16cid:durableId="1186864161">
    <w:abstractNumId w:val="3"/>
  </w:num>
  <w:num w:numId="7" w16cid:durableId="1512834127">
    <w:abstractNumId w:val="2"/>
  </w:num>
  <w:num w:numId="8" w16cid:durableId="1860778088">
    <w:abstractNumId w:val="1"/>
  </w:num>
  <w:num w:numId="9" w16cid:durableId="41498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7F58"/>
    <w:rsid w:val="0029639D"/>
    <w:rsid w:val="00326F90"/>
    <w:rsid w:val="00455688"/>
    <w:rsid w:val="00AA1D8D"/>
    <w:rsid w:val="00B47730"/>
    <w:rsid w:val="00CB0664"/>
    <w:rsid w:val="00E22487"/>
    <w:rsid w:val="00EF1D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455FA1"/>
  <w14:defaultImageDpi w14:val="300"/>
  <w15:docId w15:val="{7E8D35D9-7563-4ED8-9898-455DD2F7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Andrei Novacescu</cp:lastModifiedBy>
  <cp:revision>2</cp:revision>
  <dcterms:created xsi:type="dcterms:W3CDTF">2013-12-23T23:15:00Z</dcterms:created>
  <dcterms:modified xsi:type="dcterms:W3CDTF">2026-06-12T11:10:00Z</dcterms:modified>
  <cp:category/>
</cp:coreProperties>
</file>